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אחריות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"אחריות"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🎒 אחריות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שֶׁהִבְטַחְנוּ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🎒 אחריות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🎒 🧹 ✅  משפט השבוע: אַחְרָיוּת: עוֹשִׂים מָה שֶׁהִבְטַחְנוּ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מְדַבְּרִים  |  פְּתוּחוֹת  |  שֶׁהִבְטַחְנוּ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"אַחְרָיוּת: עוֹשִׂים מָה שֶׁהִבְטַחְנוּ"?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🎒 אחריות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👑 כבוד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לסדר את הילקוט לבד כל ערב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להאכיל או להשקות משהו בבית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אַחְרָיוּת: עוֹשִׂים מָה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על מה אתם אחראים בבית?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לסדר את הילקוט לבד כל ערב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אחריות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