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אחריות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"אחריות"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להבטיח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responsibility / ответственность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job, role / роль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to promise / обещать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to fix / исправлять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🎒 אחריות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אחריות זה לעשות את מה שאמרת. לשמור על הדברים שלך ושל אחרים.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אחריות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responsibility · ответственность · ኃላፊነት · مسؤولية · responsabilité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תפקיד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job, role · роль · ሚና · دور · rôle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להבטיח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promise · обещать · ቃል መግባት · يعد · promettre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לתקן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fix · исправлять · ማስተካከል · يصلح · réparer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אחריות  |  תפקיד  |  להבטיח  |  לתקן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to promise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אחריות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תפקיד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להבטיח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אחריות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to fix / исправлять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תפקיד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responsibility / ответственность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להבטיח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job, role / роль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לתקן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to promise / обещать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________ זה לעשות את מה שאמרת. לשמור על הדברים שלך ושל אחרים.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"אחריות".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על מה אתם אחראים בבית?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לסדר את הילקוט לבד כל ערב / להאכיל או להשקות משהו בבית)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אחריות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