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"כבוד"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להתייחס לכל אדם, וגם לעצמנו, כבעל ערך, גם כשאנחנו שונים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לתת לאחר את מלוא תשומת הלב, להבין אותו ולא רק לחכות לתורנו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לעשות את מה שנכון או חשוב לנו, גם כשמפחדים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לתת מזמננו, מכוחנו ומליבנו לאחרים, בלי לחכות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נותנים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 (25 אוהבים לפחות אחד, ו-18 ועוד 15 זה 33)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👑 כבוד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כבוד – להתייחס לכל אדם, וגם לעצמנו, כבעל ערך, גם כשאנחנו שונים.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בוויכוח בכיתה על נושא שנוי במחלוקת, מאיה ואיתי חושבים הפוך לגמרי. הוויכוח מתחמם, ומישהו קורא לאיתי "טיפש". המורה עוצרת ושואלת: "האם אפשר לא להסכים ועדיין לכבד?" מה דעתכם?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ויכוח לבין העלבה?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מגיבים כשמישהו לא מכבד אותנו?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ההבדל בין כבוד עצמי לבין גאווה?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"כבוד"?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לפנות לכולם בשם, לא בכינוי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לכבד את הפרטיות של חברים ברשת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להעליב גם כשאני לא מסכים או מסכימה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👑 כבוד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להתייחס לכל אדם, וגם לעצמנו, כבעל ערך, גם כשאנחנו שונים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👂 הקשבה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לעשות את מה שנכון או חשוב לנו, גם כשמפחדים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🦁 אומץ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לתת מזמננו, מכוחנו ומליבנו לאחרים, בלי לחכות לתמורה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נתינה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לתת לאחר את מלוא תשומת הלב, להבין אותו ולא רק לחכות לתורנו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"כבוד לא קונים; ________ אותו, והוא חוזר"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בכיתה 30 תלמידים. 18 אוהבים כדורגל, 15 אוהבים כדורסל ו-5 לא אוהבים אף אחד מהם. כמה אוהבים את שניהם?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לא להעליב גם כשאני לא מסכים או מסכימה · לפנות לכולם בשם, לא בכינוי · לכבד את הפרטיות של חברים ברשת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כבוד?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מתי השבוע הרגשתם שמכבדים אתכם?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כבוד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