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כבוד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"כבוד"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להתייחס לכל אדם, וגם לעצמנו, כבעל ערך, גם כשאנחנו שונים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לתת לאחר את מלוא תשומת הלב, להבין אותו ולא רק לחכות לתורנו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לעשות את מה שנכון או חשוב לנו, גם כשמפחדים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לתת מזמננו, מכוחנו ומליבנו לאחרים, בלי לחכות לתמורה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נותנים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בקבוק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👑 כבוד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כבוד – להתייחס לכל אדם, וגם לעצמנו, כבעל ערך, גם כשאנחנו שונים.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בחוג כדורגל יש ילדה שמשחקת עם בנים, ושחקן מהקבוצה השנייה אמר לה "לכי לבובות". השופט לא שמע. אחד מחבריה לקבוצה שקל אם להגיב. איך מגיבים בכבוד למשהו לא מכבד?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אפשר לכבד מישהו שאנחנו לא אוהבים?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מכבדים מישהו ששונה מאיתנו?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"כבוד"?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לצחוק על 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"בבקשה" ו"תודה"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 שמישהו יסיים לדבר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👑 כבוד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לתת מזמננו, מכוחנו ומליבנו לאחרים, בלי לחכות לתמורה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👂 הקשבה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להתייחס לכל אדם, וגם לעצמנו, כבעל ערך, גם כשאנחנו שונים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🦁 אומץ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לתת לאחר את מלוא תשומת הלב, להבין אותו ולא רק לחכות לתורנו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 נתינה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לעשות את מה שנכון או חשוב לנו, גם כשמפחדים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"כבוד לא קונים; ________ אותו, והוא חוזר"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יש לי צוואר, אבל אין לי ראש. אפשר למלא אותי במים. מי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לחכות שמישהו יסיים לדבר · להגיד "בבקשה" ו"תודה" · לא לצחוק על מי שטועה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על כבוד?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מתי השבוע הרגשתם שמכבדים אתכם?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כבוד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